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招聘岗位说明书：高级美妆导购/BA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岗位职责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负责CEMOY/澳诗茉品牌线下专柜或直播间的产品讲解与销售转化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维护会员客户关系，完成复购与连带销售目标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协助完成新品上市培训内容的一线反馈与优化建议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严格遵循产品功效宣称合规话术，不得夸大或虚假宣传</w:t>
      </w:r>
    </w:p>
    <w:p>
      <w:r>
        <w:rPr>
          <w:rFonts w:ascii="微软雅黑" w:hAnsi="微软雅黑" w:eastAsia="微软雅黑"/>
          <w:b/>
          <w:color w:val="2E75B6"/>
          <w:sz w:val="28"/>
        </w:rPr>
        <w:t>任职要求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1年以上美妆护肤品导购或直播带货相关经验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熟悉护肤品基础成分知识，具备良好的产品讲解与临场应变能力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抖音直播经验优先，具备一定的镜头表现力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性格开朗、抗压能力强、具备良好的客户服务意识</w:t>
      </w:r>
    </w:p>
    <w:p>
      <w:r>
        <w:rPr>
          <w:rFonts w:ascii="微软雅黑" w:hAnsi="微软雅黑" w:eastAsia="微软雅黑"/>
          <w:b/>
          <w:color w:val="2E75B6"/>
          <w:sz w:val="28"/>
        </w:rPr>
        <w:t>薪资福利</w:t>
      </w:r>
    </w:p>
    <w:p/>
    <w:p>
      <w:r>
        <w:rPr>
          <w:rFonts w:ascii="微软雅黑" w:hAnsi="微软雅黑" w:eastAsia="微软雅黑"/>
          <w:b w:val="0"/>
          <w:sz w:val="22"/>
        </w:rPr>
        <w:t>底薪6000-9000元/月 + 销售提成 + 全勤/绩效奖金，五险一金，带薪年假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